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שמח – תחפושות, מגילה ומשלוח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וביטויים הקשורים לחג הפורים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מגילת אסתר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המילה להתחפש ואת בני משפחתה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חג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שלישי, 23 במרץ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עדלאידע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עושים רעש עם רעשן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חבילה קטנה עם אוכל לחברים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לאנשים עניים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משולש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סיפור מגילת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המלך גר בעיר שושן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מרדכי היה בן הדוד שלה וגידל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אסתר הלכה למלך ודיברה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היום העצוב הפך ליום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בפורים כולם מתחפשים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חסרות - המילה להתחפש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תחפושת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מתחפשת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מחופש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מילים ומנהגים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(כלי שעושים איתו רעש כששומעים המן)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(חבילה קטנה עם אוכל לחברים)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(כסף או אוכל לאנשים עניים)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(עוגיות בצורת משולש)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(תהלוכה גדולה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(הסיפור של חג פורים)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סיפור מגילת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המלך אחשוורוש גר בעיר שושן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המלך בוחר באסתר למלכה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המן רוצה להרוג את כל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אסתר הולכת למלך ומדברת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היהודים ניצלים והיום העצוב הופך לשמח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מכתב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3-5 משפטים עם שם תחפושת ולפחות שני סוגי מזון למשלוח המנות, בשפה פשוטה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חבילה קטנה עם אוכל וממתקים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ח־פ־ש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תחפושת או תמונה כדי לחזק את ההבנה של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משפחת המילים של השורש חפש לפני מילוי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לדלג על הפריטים המסומנים כקשים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שמח – תחפושות, מגילה ומשלוח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וסיפורים על חג פורים: תחפושות, מגילת אסתר, משלוח מנות ומנהגי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חג 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פורים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ראשון, 21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שלישי, 23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חמישי, 25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שישי, 26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חוגגים פורים יום אחרי 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נקראת התהלוכה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עדלאידע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כששומעים את השם המן?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 שיר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עושים רעש עם רעשן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משלוח 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חבילה קטנה עם אוכל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תחפושת של מלכה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על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למי נותנים מתנות לאביונים?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לשכנים העשירים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לאנשים עניים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צורה יש לאזני המן?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כוכב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סיפור מגילת אסתר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המלך אחשוורוש גר בעיר 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המן רצה להרוג את כל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מרדכי גידל את אסתר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אסתר ברחה מהעיר כדי להינצל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היהודים ניצלו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בפורים לא נהוג להתחפש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מילים חסרות - המילה להתחפש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בפורים כולם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הבגדים המיוחדים של דני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המילה להתחפש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מאיה __________ למלכה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עכשיו דני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מילים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רעשן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הסיפור של חג 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משלוח 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או אוכל לאנשים עניים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מתנות לאביונים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עוגיות בצורת משולש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אזני המן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שעושים איתו רעש כששומעים המן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עדלאידע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חבילה קטנה עם אוכל לחברים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מגילת אסתר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תהלוכה גדולה ברחוב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סיפור מגילת אסתר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המלך בוחר באסתר למלכה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המן רוצה להרוג את כל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ניצלים והיום העצוב הופך לשמח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המלך אחשוורוש גר בעיר שושן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אסתר הולכת למלך ומדברת איתו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מכתב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לחבר או לחברה: ספרו איזו תחפושת תלבשו בפורים ומה תשימו במשלוח מנות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משלוח מנות?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רצה להרוג את היהודים במגילת אסתר?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להתחפש?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פורים שמח – תחפושות, מגילה ומשלוח מנות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